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– מילים וערכים לעולים ולחנ״מ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של חנוכה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קצרים בעברית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נרות החנוכה לערכים כמו אור, תקווה ואחדות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מוסיפים עוד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(light)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(miracle)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(oil)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– כל ערב עוד נר עד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יום מוסיפים נר, לא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במילון שהשמש הוא נר 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המשתמש נכון באחת המילים, למשל: אני נותן/ת עזרה לחבר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מדליקים נר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עוד נר כל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לשמונה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מהמילון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ערך מהרשימה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המילים עם תמונות או אימוג׳ים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לקרוא את המשפטים גם בשפת האם לפני התרגום לעברית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בחזרה יומית קצרה על אותן מילים כדי לבנות ביטחון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– מילים וערכים לעולים ולחנ״מ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ומשפטים פשוטים על חג החנוכה, בעזרת תמונות וסימנים שעוזרים להבין ולזכור.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נר  ·  נרות  ·  שמונה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– 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בכמה ימים מדליקים נרות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כל ערב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מוסיפים עוד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מכבים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שוברים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ההפך של 'חושך'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בְּחֹדֶשׁ כִּסְלֵו מַדְלִיקִים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כָּל עֶרֶב מוֹסִיפִים עוֹד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בַּסּוֹף יֵשׁ __________ נֵרוֹת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oil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candle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light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miracle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בחנוכה מדליקים נרות 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יום מכבים נר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שמש הוא שם של נר מיוחד שמדליק את האחרים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ערך אחד מהרשימה (אומץ, תקווה, נתינה, אחדות) וכתבו משפט קצר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עוד נר כל 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לשמונה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נר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מילה אחת חדשה שלמדתם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ההפך של 'חושך'?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– מילים וערכים לעולים ולחנ״מ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