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– מילים וערכים לעולים ולחנ״מ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של חנוכה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משפטים קצרים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נרות החנוכה לערכים כמו אור, תקווה ואחדות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עברית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מוסיפים עוד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לעזור ולחייך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(candle)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(light)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(oil)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(community)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– כל ערב עוד נר עד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יום מוסיפים נר, לא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סופגנייה היא מאכל מתוק, לא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במילון שהשמש הוא נר 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הסביבון הוא צעצוע מסורתי של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המשתמש נכון באחת המילים, למשל: אני נותן/ת עזרה לחבר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כמו: נר קטן נותן הרבה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עוד נר כל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מגיעים לשמונה 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מהמילון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ערך מהרשימה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המילים עם תמונות או אימוג׳ים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לקרוא את המשפטים גם בשפת האם לפני התרגום לעברית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בחזרה יומית קצרה על אותן מילים כדי לבנות ביטחון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– מילים וערכים לעולים ולחנ״מ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קלות על חנוכה. יש נרות, אור, ועוד מילים חשובות.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קטן שמדליקים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שאר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שמים את הנרות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הפוך מחושך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מיוחד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מדליקים 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כל 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מוסיפים עוד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מכבים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שוברים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מחליפים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ממילה חושך?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אפשר להאיר לאנשים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לעזור ולחייך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לישון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נר מדליק נרות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האמצעי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בְּחֹדֶשׁ כִּסְלֵו מַדְלִיקִים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כָּל עֶרֶב מוֹסִיפִים עוֹד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בַּסּוֹף יֵשׁ __________ נֵרוֹת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נֵר קָטָן אֶחָד יָכוֹל __________ הַרְבֵּה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גַּם אֲנַחְנוּ יְכוֹלִים לְהַגִּיד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light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oil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candle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community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miracle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נרות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יום מכבים נר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הסופגנייה היא סוג של נר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שמש הוא שם של נר מיוחד שמדליק את האחרים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משחקים בסביבון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אחד מהרשימה (אומץ, תקווה, נתינה, אחדות) וכתבו משפט קצר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בעברית קלה על נר אחד שמאיר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עוד נר כל 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לשמונה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נר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אחת חדשה שלמדתם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ההפך של 'חושך'?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אחד מחנוכה חשוב לכם במיוחד?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– מילים וערכים לעולים ולחנ״מ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